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b/>
        </w:rPr>
        <w:t>Formulario de desistimiento</w:t>
      </w:r>
    </w:p>
    <w:p>
      <w:pPr>
        <w:spacing w:after="280"/>
      </w:pPr>
      <w:r>
        <w:t>Modelo para comunicar el desistimiento de una compra</w:t>
      </w:r>
    </w:p>
    <w:p>
      <w:pPr>
        <w:spacing w:after="280"/>
      </w:pPr>
      <w:r>
        <w:rPr>
          <w:i/>
          <w:sz w:val="18"/>
        </w:rPr>
        <w:t>Última actualización: 28 de agosto de 2026</w:t>
      </w:r>
    </w:p>
    <w:p>
      <w:r>
        <w:t>Este formulario puede utilizarse para comunicar el desistimiento, aunque su uso no es obligatorio. Debe enviarse dentro del plazo legal aplicable.</w:t>
      </w:r>
    </w:p>
    <w:p>
      <w:pPr>
        <w:pStyle w:val="Heading1"/>
      </w:pPr>
      <w:r>
        <w:t>Destinatario</w:t>
      </w:r>
    </w:p>
    <w:p>
      <w:pPr>
        <w:pStyle w:val="ListBullet"/>
      </w:pPr>
      <w:r>
        <w:t>A la atención de: Guillermo Roldán Caselles / GameBowl</w:t>
      </w:r>
    </w:p>
    <w:p>
      <w:pPr>
        <w:pStyle w:val="ListBullet"/>
      </w:pPr>
      <w:r>
        <w:t>Dirección: Barrio Los Yagües, 8 Bis, 03316, Parroquia de la Matanza, Orihuela (Alicante)</w:t>
      </w:r>
    </w:p>
    <w:p>
      <w:pPr>
        <w:pStyle w:val="ListBullet"/>
      </w:pPr>
      <w:r>
        <w:t>Correo electrónico: contact@gamebowl.es</w:t>
      </w:r>
    </w:p>
    <w:p>
      <w:pPr>
        <w:pStyle w:val="ListBullet"/>
      </w:pPr>
      <w:r>
        <w:t>Teléfono de contacto: 644 905 312</w:t>
      </w:r>
    </w:p>
    <w:p>
      <w:r>
        <w:t>Por la presente comunico que desisto de mi contrato de venta del siguiente bien o bienes:</w:t>
      </w:r>
    </w:p>
    <w:p>
      <w:r>
        <w:rPr>
          <w:b/>
        </w:rPr>
        <w:t>Producto(s):</w:t>
      </w:r>
      <w:r>
        <w:br/>
        <w:t>__________________________________________________________________________________</w:t>
      </w:r>
    </w:p>
    <w:p>
      <w:r>
        <w:rPr>
          <w:b/>
        </w:rPr>
        <w:t>Número de pedido:</w:t>
      </w:r>
      <w:r>
        <w:br/>
        <w:t>__________________________________________________________________________________</w:t>
      </w:r>
    </w:p>
    <w:p>
      <w:r>
        <w:rPr>
          <w:b/>
        </w:rPr>
        <w:t>Fecha del pedido:</w:t>
      </w:r>
      <w:r>
        <w:br/>
        <w:t>__________________________________________________________________________________</w:t>
      </w:r>
    </w:p>
    <w:p>
      <w:r>
        <w:rPr>
          <w:b/>
        </w:rPr>
        <w:t>Fecha de recepción:</w:t>
      </w:r>
      <w:r>
        <w:br/>
        <w:t>__________________________________________________________________________________</w:t>
      </w:r>
    </w:p>
    <w:p>
      <w:r>
        <w:rPr>
          <w:b/>
        </w:rPr>
        <w:t>Nombre del consumidor o usuario:</w:t>
      </w:r>
      <w:r>
        <w:br/>
        <w:t>__________________________________________________________________________________</w:t>
      </w:r>
    </w:p>
    <w:p>
      <w:r>
        <w:rPr>
          <w:b/>
        </w:rPr>
        <w:t>Dirección del consumidor o usuario:</w:t>
      </w:r>
      <w:r>
        <w:br/>
        <w:t>__________________________________________________________________________________</w:t>
      </w:r>
    </w:p>
    <w:p>
      <w:r>
        <w:rPr>
          <w:b/>
        </w:rPr>
        <w:t>Correo electrónico:</w:t>
      </w:r>
      <w:r>
        <w:br/>
        <w:t>__________________________________________________________________________________</w:t>
      </w:r>
    </w:p>
    <w:p>
      <w:r>
        <w:rPr>
          <w:b/>
        </w:rPr>
        <w:t>Teléfono (opcional):</w:t>
      </w:r>
      <w:r>
        <w:br/>
        <w:t>__________________________________________________________________________________</w:t>
      </w:r>
    </w:p>
    <w:p>
      <w:r>
        <w:rPr>
          <w:b/>
        </w:rPr>
        <w:t>Fecha:</w:t>
      </w:r>
      <w:r>
        <w:br/>
        <w:t>__________________________________________________________________________________</w:t>
      </w:r>
    </w:p>
    <w:p>
      <w:r>
        <w:t>Firma del consumidor o usuario (solo si el formulario se presenta en papel):</w:t>
      </w:r>
    </w:p>
    <w:p>
      <w:r>
        <w:br/>
        <w:br/>
        <w:t>____________________________________________</w:t>
      </w:r>
    </w:p>
    <w:sectPr w:rsidR="00FC693F" w:rsidRPr="0006063C" w:rsidSect="00034616">
      <w:footerReference w:type="default" r:id="rId9"/>
      <w:pgSz w:w="12240" w:h="15840"/>
      <w:pgMar w:top="1191" w:right="1247" w:bottom="119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GameBowl · www.gamebowl.es · contact@gamebowl.es · 644 905 312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